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ז׳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הבנת הנקרא לכיתה ז׳: 30 טקסטים מהחיים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ואיתור מידע מפורש בסוגות שונות: כתבה, טור דעה, סיפור קצר, ראיון וטקסט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הסקה והשוואה בין פרטים או דעות שונות בתוך אותו טקסט ובין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עמדת כותב מול עובדה, והבעת דעה מנומקת בכתב בנושאים מעולם התוכן של כיתה ז׳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נושאים מחיי בני נוער ולחבר בין הנקרא לחוויה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חברה, מסכים ורשת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בפתיחת הכתבה.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אומר שרוב התלמידים לא יגידו מילה פוגעת פנים אל פנים.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הוא מוצג בכתבה.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חברה, מסכים ורשת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רחוב 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חברה, מסכים ורשת – לחשוב וליישם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המנומקת אישית, למשל לגבי האיזון בין פרטיות התלמידים לבין הצורך להגן עליהם.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מעברים ושייכות בכיתה ז׳ – זיהוי עובדות מהטקסטים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מסופר שאלון הלך לאיבוד שלוש פעמים בשבוע הראשון, ופעם אחת נכנס לשיעור של כיתה 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נועה מספרת שבחודש הראשון לא העזה לשאול שאלות מחשש שיצחקו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אורי עבר באמצע כיתה ז׳, ביום ראשון של חודש שבט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מעברים ושייכות בכיתה ז׳ – הבנת פרטים ודמויות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מערכת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מעברים ושייכות בכיתה ז׳ – התאמת דמות ואירוע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(הגיע לכיתה חדשה עם התיק הכחול על הברכיים)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(שכחה מחברות כמעט כל יום בהתחלה)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(גילתה שחצי כיתה לא הבינה ואף אחד לא שאל)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(הניחה לפניו פנקייק למרות שלא היה יום שישי)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מעברים ושייכות בכיתה ז׳ – ניתוח רגשות ועצות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מדע, גוף ובריאות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8–10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ד"ר אסף נחום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מדע, גוף ובריאות – עובדה, הסבר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מדע, גוף ובריאות – התאמה: סוגי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(דעה של מומחה)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 מדעי)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(נתון/המלצה מקובלת)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(חוויה אישית)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מדע, גוף ובריאות – בדיקת טענות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מציג זאת כהסבר אפשרי ומזכיר שהתמונה מורכבת, לא כעובדה מוחלטת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מסביר שקשה לדעת מה הסיבה ומה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ספורט, תחביבים ותרבות פנאי – איתור פרטים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בפעם הראשונה היא נתקעה אחרי שני מטרים ורעדו לה הרגליים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בכתבה על הטיפוס, כשהוא מסביר למה הוא אוהב ספורט שתלוי בו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ספורט, תחביבים ותרבות פנאי – זיהוי מניעים של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(הטיפוס עוזר לה לא לחשוב על דברים מלחיצים כמו מבחנים)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(ההצלחה או הכישלון תלויים רק בו עצמו, לא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(הוא יכול להחזיק ולגעת בקלפים בפועל, בניגוד למשחק במסך)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ספורט, תחביבים ותרבות פנאי – השוואה בין הסברים לתופעה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מקובלת: בטיפוס השליטה היא על הגוף והפחד בזמן העלייה; באספנות השליטה היא על מה נכנס לאוסף ואיך הוא מסודר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משפחה, נתינה ורגש – זיהוי הסוגה והנושא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הכותרת מציגה עמדה אישית, וזהו המאפיין המרכזי של טור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ראיון אמיתי עם מתנדבת בת 13, ולא סיפור בדוי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משפחה, נתינה ורגש – היכרות עם 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בטור דעה הכותב/ת מביע/ה עמדה אישית, ובראיון יש שאלות ותשובות עם 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משפחה, נתינה ורגש – ניתוח עמדה וסגנון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מיומנויות קריאה: איתור, הסקה וטיעון – איתור מידע 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רן גלבוע, יועץ חינוכי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פלפל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מיומנויות קריאה: איתור, הסקה וטיעון – עוד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בטקסט, לפי המלצות מומחי השינה.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שירה סיפרה שהיא מסדרת את התיק בערב, לפי מערכת השעות של יום המחרת.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טוב מזהה שכתבה וטקסט מידעי מתמקדים בעובדות, טור דעה בעמדה אישית, וסיפור קצר בדמות ועלילה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טוב מצטט דוגמה ממשית מהטקסט ומסביר מדוע היא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טוב כותב משפט עמדה ברור ולפחות נימוק אחד המבוסס על תוכן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 או שניים, ולהשאיר את פרק 6 כסיכום לאחר שתרגלו את כל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הזקוקים להתאמה אפשר לבחור בטקסטים הקצרים יותר (למשל 'ענן בחוץ, ענן בפנים' או 'חבר עם ארבע רגליים') ולהתמקד בשאלות האיתור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משימת השוואה בין שני טקסטים מאותו נושא, למשל שני הטקסטים על מעברים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כל שיעור בשאלת חימום קצרה הקשורה לחיי התלמידים לפני הקריאה, כפי שמוצע בפתיחת כל טקסט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ז׳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הבנת הנקרא לכיתה ז׳: 30 טקסטים מהחיים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תמצאו תרגילים המבוססים על טקסטים מגוונים מתוך מאגר הקריאה של כיתה ז׳. בכל פרק עבדו לפי הסדר: קראו את הקטע, ענו על שאלות האיתור וההסקה, ולבסוף כתבו את עמדתכם במשימת הטיעון. אפשר לעבוד לבד, בזוג או בקבוצה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עמדה  ·  עונה  ·  חברים  ·  אומץ  ·  לחץ  ·  רחוב ראשי  ·  אחרון  ·  מערכת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חברה, מסכים ורשת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קבוצת ההודעות של הכיתה היא לדברי הכתבה המקום שבו 'הכול קורה' עבור הרבה תלמידים.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לדברי רן גלבוע, בהפסקה פנים אל פנים רוב התלמידים כן אומרים מילים פוגעות לחברים.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רן גלבוע הוא יועץ חינוכי בחטיבת ביניים.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חברה, מסכים ורשת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רן גלבוע מתאר את קבוצת ההודעות כמו __________ בלי שוטרים.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לדברי גלבוע, מול המסך המרחק נותן __________ מדומה.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חברה, מסכים ורשת – לחשוב וליישם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האם לדעתכם מורים או הורים צריכים להתערב במה שקורה בקבוצת ההודעות של הכיתה?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מעברים ושייכות בכיתה ז׳ – זיהוי עובדות מהטקסטים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אלון, מ'מדריך ההישרדות', נכנס בטעות לשיעור של כיתה ט׳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נועה סיפרה שפחדה לשאול שאלות בשיעור כי חשבה שיצחקו עליה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אורי, גיבור 'עם התיק הכחול', עבר דירה לעיר חדשה בתחילת שנת הלימודים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מעברים ושייכות בכיתה ז׳ – הבנת פרטים ודמויות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אורי ישב בשולחן ה__________ בכיתה, ליד החלון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שירה המליצה לסדר את התיק בערב לפי ה__________ של יום המחרת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מעברים ושייכות בכיתה ז׳ – התאמת דמות ואירוע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גילתה שחצי כיתה לא הבינה ואף אחד לא שאל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הניחה לפניו פנקייק למרות שלא היה יום שישי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הגיע לכיתה חדשה עם התיק הכחול על הברכיים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אמא של אורי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שכחה מחברות כמעט כל יום בהתחלה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מעברים ושייכות בכיתה ז׳ – ניתוח רגשות ועצות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מדע, גוף ובריאות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הטקסט על שינה, כמה שעות שינה מומלצות לבני נוער בגילאי 13–18?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5–6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6–8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8–10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גורם לשעון הפנימי של הגוף לדעת מתי להתעייף, לפי שני הטקסטים?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קוראים לווטרינר שמוזכר בטקסט על חיות מחמד?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ד"ר אורן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ד"ר אסף נחום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רן גלבוע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מדע, גוף ובריאות – עובדה, הסבר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הטקסט, מחקרים מצאו שליטוף כלב או חתול עשוי להוריד את רמת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הטקסט על מזג האוויר, בימים גשומים אנחנו זזים פחות ופוגשים פחות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מדע, גוף ובריאות – התאמה: סוגי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חיית מחמד היא לא תרופה, היא בן לוויה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חוויה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האור שנכנס לעיניים משפיע על השעון הפנימי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נתון/המלצה מקובלת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בני נוער בגילאי 13–18 זקוקים ל־8 עד 10 שעות שינה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הסבר מדעי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כשאני חוזרת מבית הספר, פלפל מחכה לי ליד הדלת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דעה של מומחה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מדע, גוף ובריאות – בדיקת טענות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הטקסט 'ענן בחוץ, ענן בפנים' קובע בוודאות שגשם גורם לעצבות אצל כל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 על חיות מחמד, אי אפשר לדעת בוודאות אם החיה משפרת את מצב הרוח או שמשפחות מסוימות פשוט נוטות יותר לגדל חיות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ספורט, תחביבים ותרבות פנאי – איתור פרטים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מספרת שכבר בפעם הראשונה שטיפסה היא הגיעה עד הפעמון למעלה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אביב, בן 13, מתאמן בענף הג'ודו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ספורט, תחביבים ותרבות פנאי – זיהוי מניעים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מאיה (טיפוס קירות)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הוא יכול להחזיק ולגעת בקלפים בפועל, בניגוד למשחק במסך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אביב (ג'ודו)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הטיפוס עוזר לה לא לחשוב על דברים מלחיצים כמו מבחנים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נדב (איסוף קלפים)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ההצלחה או הכישלון תלויים רק בו עצמו, לא בקבוצה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ספורט, תחביבים ותרבות פנאי – השוואה בין הסברים לתופעה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בשני הטקסטים מופיע הסבר שקשור לתחושת שליטה. כתבו במשפט אחד למה הטיפוס נותן תחושת שליטה, ובמשפט נוסף למה האספנות נותנת תחושת שליטה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משפחה, נתינה ורגש – זיהוי הסוגה והנושא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הטקסט 'האח הגדול זה לא תפקיד, זו עבודה במשרה מלאה' הוא טור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הטקסט 'גיליתי שגם אני יכולה לתת' הוא סיפור קצר בדוי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משפחה, נתינה ורגש – היכרות עם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המרכזי בין טור דעה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בטור דעה הכותב/ת מביע/ה עמדה אישית, ובראיון יש שאלות ותשובות עם מרואיין/ת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בטור דעה יש רק עובדות, ובראיון יש רק 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שניהם זהים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בת כמה המתנדבת שרואיינה בטקסט 'גיליתי שגם אני יכולה לתת'?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משפחה, נתינה ורגש – ניתוח עמדה וסגנון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בטור דעה הכותב/ת מביע/ה __________ אישית בנושא, ולא רק מציג/ה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בראיון, מי שמראיין/ת שואל/ת שאלות ומי שמרואיין/ת __________ עליהן מתוך ניסיון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מיומנויות קריאה: איתור, הסקה וטיעון – איתור מידע מפורש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אמר שקבוצת ההודעות היא "כמו רחוב ראשי בלי שוטרים"?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רן גלבוע, יועץ חינוכי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אלון, תלמיד כיתה ח׳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דנה ברק, מאמנת טיפוס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לכלבה שמחכה לנטע ליד הדלת בטקסט על חיות מחמד?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פלפל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מיומנויות קריאה: איתור, הסקה וטיעון – עוד איתור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 "מה קורה למוח בעשר בלילה", מתבגרים בגילאי 13–18 זקוקים ל-8 עד 10 שעות שינה בלילה.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שירה, מתלמידות כיתה ח׳, ממליצה לסדר את התיק בבוקר לפני הלימודים.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 סוגות טקסט (כתבה, סיפור, ראיון וכדומה) תרגלתי בחוברת, ומה ההבדל ביניהן?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מצליח/ה להבדיל בין עובדה שכתובה בטקסט לבין דעה של הכותב או של דמות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הבנת הנקרא לכיתה ז׳: 30 טקסטים מהחיים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