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📚 מאגר טקסטים לכיתה ז׳ – הבנת הנקרא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הבנת הנקרא לכיתה ז׳: 30 טקסטים מהחיים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מדויקת ואיתור מידע מפורש בסוגות שונות: כתבה, טור דעה, סיפור קצר, ראיון וטקסט מידעי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הסקה והשוואה בין פרטים או דעות שונות בתוך אותו טקסט ובין 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עמדת כותב מול עובדה, והבעת דעה מנומקת בכתב בנושאים מעולם התוכן של כיתה ז׳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מגוון נושאים מחיי בני נוער ולחבר בין הנקרא לחוויה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חברה, מסכים ורשת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בפתיחת הכתבה.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אומר שרוב התלמידים לא יגידו מילה פוגעת פנים אל פנים.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הוא מוצג בכתבה.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הכתבה אומרת שזה כואב לא פחות ממילה פוגעת.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כי הקשרים החברתיים עוד חדשים ושבריריים, וכל תלמיד מחפש את מקומו.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חברה, מסכים ורשת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רחוב ראשי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שקופים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חברה, מסכים ורשת – לחשוב וליישם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אין בקבוצה פיקוח של מבוגרים, ולכן קל יותר לפגוע או לכתוב בלי מחשבה, כמו ברחוב בלי שוטר שמפקח.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חופשית: שתיהן גורמות לתחושת פגיעה ודחייה, אך ההתעלמות פחות גלויה וקשה יותר לזהות כפגיעה.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חופשית, למשל: לענות גם למי שלא כולם מדברים איתו, להימנע מהודעות פוגעות, לפנות למבוגר אם יש בעיה.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 המנומקת אישית, למשל לגבי האיזון בין פרטיות התלמידים לבין הצורך להגן עליהם.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מעברים ושייכות בכיתה ז׳ – זיהוי עובדות מהטקסטים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בטקסט מסופר שאלון הלך לאיבוד שלוש פעמים בשבוע הראשון, ופעם אחת נכנס לשיעור של כיתה ט׳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נועה מספרת שבחודש הראשון לא העזה לשאול שאלות מחשש שיצחקו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אורי עבר באמצע כיתה ז׳, ביום ראשון של חודש שבט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אורי מספר שהסתובב במסדרונות ובסוף נכנס לספרייה כדי שלא יראו שהוא 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מעברים ושייכות בכיתה ז׳ – הבנת פרטים ודמויות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מערכת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מעברים ושייכות בכיתה ז׳ – התאמת דמות ואירוע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(הגיע לכיתה חדשה עם התיק הכחול על הברכיים)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(שכחה מחברות כמעט כל יום בהתחלה)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(גילתה שחצי כיתה לא הבינה ואף אחד לא שאל)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(הניחה לפניו פנקייק למרות שלא היה יום שישי)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מעברים ושייכות בכיתה ז׳ – ניתוח רגשות ועצות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מקובלת: הוא הרגיש לא בטוח ורצה להיות מוכן 'לברוח' או להרגיש מוגן, סמל לתחושת 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מתחושת זרות וחשש מול כולם, למעבר לבדידות שקטה וחיפוש מקום מסתור כמו הספרייה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מדע, גוף ובריאות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8–10 שעות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ד"ר אסף נחום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ענן בחוץ, ענן בפנים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מלטונין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מדע, גוף ובריאות – עובדה, הסבר או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מדע, גוף ובריאות – התאמה: סוגי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(דעה של מומחה)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(הסבר מדעי)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(נתון/המלצה מקובלת)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(חוויה אישית)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מדע, גוף ובריאות – בדיקת טענות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מציג זאת כהסבר אפשרי ומזכיר שהתמונה מורכבת, לא כעובדה מוחלטת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מסביר שקשה לדעת מה הסיבה ומה התוצאה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ספורט, תחביבים ותרבות פנאי – איתור פרטים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בפעם הראשונה היא נתקעה אחרי שני מטרים ורעדו לה הרגליים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בכתבה על הטיפוס, כשהוא מסביר למה הוא אוהב ספורט שתלוי בו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נדב מוזכר כמי שמחליף קלפי שוערים עם חברים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תמר גבעון היא יועצת חינוכית שחקרה את נושא האספנות, לא מאמנת טיפוס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ספורט, תחביבים ותרבות פנאי – זיהוי מניעים של 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(הטיפוס עוזר לה לא לחשוב על דברים מלחיצים כמו מבחנים)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(ההצלחה או הכישלון תלויים רק בו עצמו, לא בקבוצה)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(הוא יכול להחזיק ולגעת בקלפים בפועל, בניגוד למשחק במסך)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(האוסף עזר לה למצוא חברה חדשה בתחילת השנה)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(אוסף נותן תחושת שליטה וסדר בגיל שבו הרבה דברים משתנים)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ספורט, תחביבים ותרבות פנאי – השוואה בין הסברים לתופעה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מקובלת: בטיפוס השליטה היא על הגוף והפחד בזמן העלייה; באספנות השליטה היא על מה נכנס לאוסף ואיך הוא מסודר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דוגמה הגיונית שמתאימה לאחת משלוש הסיבות תתקבל, למשל תחביב או ספורט אחר שמעניק הישג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דמיון אפשרי: שניהם קשורים לתחושת הישג או שליטה אישית. הבדל אפשרי: אביב מדבר על גוף ותחרות מול עצמו, נדב מדבר על חפץ מוחשי שאפשר להחזיק ולהחליף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משפחה, נתינה ורגש – זיהוי הסוגה והנושא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הכותרת מציגה עמדה אישית, וזהו המאפיין המרכזי של טור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ראיון אמיתי עם מתנדבת בת 13, ולא סיפור בדוי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מסווג הטקסט באתר, בהתאם לתוכנו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משפחה, נתינה ורגש – היכרות עם הטקסטים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בטור דעה הכותב/ת מביע/ה עמדה אישית, ובראיון יש שאלות ותשובות עם מרואיין/ת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נתינה ומעורבות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להשוות בין תפקיד האח הגדול לבין עבודה שדורשת מאמץ ואחריות מתמשכים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משפחה, נתינה ורגש – ניתוח עמדה וסגנון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מיומנויות קריאה: איתור, הסקה וטיעון – איתור מידע 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רן גלבוע, יועץ חינוכי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פלפל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מיומנויות קריאה: איתור, הסקה וטיעון – עוד איתור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בטקסט, לפי המלצות מומחי השינה.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שירה סיפרה שהיא מסדרת את התיק בערב, לפי מערכת השעות של יום המחרת.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טוב מזהה שכתבה וטקסט מידעי מתמקדים בעובדות, טור דעה בעמדה אישית, וסיפור קצר בדמות ועלילה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טוב מצטט דוגמה ממשית מהטקסט ומסביר מדוע היא עובדה או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טוב כותב משפט עמדה ברור ולפחות נימוק אחד המבוסס על תוכן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ללמד פרק אחד בכל שיעור או שניים, ולהשאיר את פרק 6 כסיכום לאחר שתרגלו את כל 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הזקוקים להתאמה אפשר לבחור בטקסטים הקצרים יותר (למשל 'ענן בחוץ, ענן בפנים' או 'חבר עם ארבע רגליים') ולהתמקד בשאלות האיתור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משימת השוואה בין שני טקסטים מאותו נושא, למשל שני הטקסטים על מעברים ושייכות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לפתוח כל שיעור בשאלת חימום קצרה הקשורה לחיי התלמידים לפני הקריאה, כפי שמוצע בפתיחת כל טקסט באתר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📚 מאגר טקסטים לכיתה ז׳ – הבנת הנקרא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הבנת הנקרא לכיתה ז׳: 30 טקסטים מהחיים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יש תרגילים על סיפורים וכתבות שקראתם. קראו כל קטע בשקט. ענו על השאלות לפי הסדר. בסוף כל פרק כתבו מה אתם חושבים בנושא.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שמביא מידע ועובדות על אירוע או תופעה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טור 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שבו הכותב מביע את דעתו האישית ומנמק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כתובה עם אדם, בשאלות ותשובות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מידעי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שמטרתו להסביר נושא ולהעביר 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איתור מידע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מציאת פרט מפורש שכתוב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הבנת דבר שלא נכתב במפורש אך נובע מהטקסט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השוואה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מציאת דמיון והבדל בין שני דברים בטקסט או בין טקסטים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שמביע עמדה ומנמק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מחנה חברתי / 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תחושת הילד שהוא חלק מקבוצה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משימה קצרה לסיכום בסוף השיעור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חברה, מסכים ורשת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ההודעות של הכיתה היא לדברי הכתבה המקום שבו 'הכול קורה' עבור הרבה תלמידים.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לדברי רן גלבוע, בהפסקה פנים אל פנים רוב התלמידים כן אומרים מילים פוגעות לחברים.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רן גלבוע הוא יועץ חינוכי בחטיבת ביניים.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הכתבה, התעלמות מהודעות של תלמיד מסוים אף פעם לא פוגעת בו.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הכתבה טוענת שהפגיעה בקבוצות ההודעות קשה במיוחד דווקא בכיתה ז׳.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חברה, מסכים ורשת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רן גלבוע מתאר את קבוצת ההודעות כמו __________ בלי שוטרים.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לדברי גלבוע, מול המסך המרחק נותן __________ מדומה.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גלבוע מספר שבכל שנה מגיעים אליו תלמידים שמרגישים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כשתלמיד שואל שאלה בקבוצה ואף אחד לא עונה, אך כששואל אותה תלמיד אחר הוא מקבל __________ תשובות.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חברה, מסכים ורשת – לחשוב וליישם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גלבוע משווה את קבוצת ההודעות ל'רחוב ראשי בלי שוטרים'.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דומה ומה שונה בין פגיעה במילים לבין התעלמות מהודעות של תלמיד, לפי הכתבה?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שתי הצעות לכללי התנהגות בקבוצת הודעות שכבתית שיעזרו לשמור עליה מקום טוב לכולם.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האם לדעתכם מורים או הורים צריכים להתערב במה שקורה בקבוצת ההודעות של הכיתה? נמקו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מעברים ושייכות בכיתה ז׳ – זיהוי עובדות מהטקסטים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אלון, מ'מדריך ההישרדות', נכנס בטעות לשיעור של כיתה ט׳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נועה סיפרה שפחדה לשאול שאלות בשיעור כי חשבה שיצחקו עליה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אורי, גיבור 'עם התיק הכחול', עבר דירה לעיר חדשה בתחילת שנת הלימודים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בהפסקה הגדולה ביום שלישי אורי נכנס לספרייה כדי לא להיראות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מעברים ושייכות בכיתה ז׳ – הבנת פרטים ודמויות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אורי ישב בשולחן ה__________ בכיתה, ליד החלון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שירה המליצה לסדר את התיק בערב לפי ה__________ של יום המחרת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מעברים ושייכות בכיתה ז׳ – התאמת דמות ואירוע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גילתה שחצי כיתה לא הבינה ואף אחד לא שאל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הניחה לפניו פנקייק למרות שלא היה יום שישי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הגיע לכיתה חדשה עם התיק הכחול על הברכיים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אמא של אורי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שכחה מחברות כמעט כל יום בהתחלה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מעברים ושייכות בכיתה ז׳ – ניתוח רגשות ועצות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מדוע, לדעתכם, אורי לא הוריד את התיק הכחול מהברכיים ביום הראשון?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שינוי ברגש של אורי בין יום ראשון ליום שלישי בסיפור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מדע, גוף ובריאות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שעות שינה בני נוער צריכים בלילה?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5–6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6–8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8–10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10–12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משפיע על השעון הפנימי של הגוף?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הווטרינר שמדבר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ד"ר אורן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ד"ר אסף נחום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רן גלבוע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דנה ברק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מאיזה טקסט המשפט על הגשם?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קורה למוח בעשר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 עם ארבע רגליים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ענן בחוץ, ענן בפנים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מדריך הישרדות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לחומר שהמוח מפריש בלילה?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ויטמין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מלטונין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חמצן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סוכר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מדע, גוף ובריאות – עובדה, הסבר או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הטקסט, מחקרים מצאו שליטוף כלב או חתול עשוי להוריד את רמת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הטקסט על מזג האוויר, בימים גשומים אנחנו זזים פחות ופוגשים פחות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מדע, גוף ובריאות – התאמה: סוגי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חיית מחמד היא לא תרופה, היא בן לוויה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נתון/המלצה מקובלת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האור שנכנס לעיניים משפיע על השעון הפנימי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חוויה אישית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בני נוער בגילאי 13–18 זקוקים ל־8 עד 10 שעות שינה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דעה של מומחה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כשאני חוזרת מבית הספר, פלפל מחכה לי ליד הדלת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הסבר מדעי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מדע, גוף ובריאות – בדיקת טענות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'ענן בחוץ, ענן בפנים' קובע בוודאות שגשם גורם לעצבות אצל כל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 על חיות מחמד, אי אפשר לדעת בוודאות אם החיה משפרת את מצב הרוח או שמשפחות מסוימות פשוט נוטות יותר לגדל חיות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ספורט, תחביבים ותרבות פנאי – איתור פרטים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מספרת שכבר בפעם הראשונה שטיפסה היא הגיעה עד הפעמון למעלה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אביב, בן 13, מתאמן בענף הג'ודו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בכתבה על האספנות, נדב אוסף קלפי ספורט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גבעון, שמוזכרת בכתבה על האספנות, היא מאמנת טיפוס קירות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ספורט, תחביבים ותרבות פנאי – זיהוי מניעים של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מאיה (טיפוס קירות)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הוא יכול להחזיק ולגעת בקלפים בפועל, בניגוד למשחק במסך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אביב (ג'ודו)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הטיפוס עוזר לה לא לחשוב על דברים מלחיצים כמו מבחנים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נדב (איסוף קלפים)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האוסף עזר לה למצוא חברה חדשה בתחילת השנה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נוגה (איסוף סיכות)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אוסף נותן תחושת שליטה וסדר בגיל שבו הרבה דברים משתנים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תמר גבעון (יועצת חינוכית)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ההצלחה או הכישלון תלויים רק בו עצמו, לא בקבוצה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ספורט, תחביבים ותרבות פנאי – השוואה בין הסברים לתופעה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בשני הטקסטים מופיע הסבר שקשור לתחושת שליטה. כתבו במשפט אחד למה הטיפוס נותן תחושת שליטה, ובמשפט נוסף למה האספנות נותנת תחושת שליטה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בכתבה על הטיפוס מוזכרות שלוש סיבות למשיכה לספורט אתגרי: הישג, התמודדות עם פחד, והנאה בלי מסכים. בחרו סיבה אחת וכתבו דוגמה משלכם שמתאימה לה מתחום אחר (לא טיפוס)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השוו: המניע של אביב לעסוק בג'ודו לעומת המניע של נדב לאסוף קלפים. מה דומה בין שני המניעים ומה שונה ביניהם?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משפחה, נתינה ורגש – זיהוי הסוגה והנושא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'האח הגדול זה לא תפקיד, זו עבודה במשרה מלאה' הוא טור דעה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'גיליתי שגם אני יכולה לתת' הוא סיפור קצר בדוי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נושא הטקסט 'האח הגדול...' שייך לקטגוריית משפחה ובית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משפחה, נתינה ורגש – היכרות עם הטקסטים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שונה בין השניים?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בטור דעה הכותב/ת מביע/ה עמדה אישית, ובראיון יש שאלות ותשובות עם מרואיין/ת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בטור דעה יש רק עובדות, ובראיון יש רק דעות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זהים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בראיון אין כותרת ובטור דעה יש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בת כמה המתנדבת שרואיינה בטקסט 'גיליתי שגם אני יכולה לתת'?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לאיזו קטגוריית נושא שייך הראיון עם המתנדבת?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נתינה ומעורבות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חברה 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עתיד וחלומות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ספורט ותחביבים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נבחרה הכותרת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להשוות בין תפקיד האח הגדול לבין עבודה שדורשת מאמץ ואחריות מתמשכים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לתאר עבודה אמיתית שהכותב/ת עובד/ת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להציע מקצוע לעתיד לקוראים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לתאר יום עבודה רגיל של מבוגר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משפחה, נתינה ורגש – ניתוח עמדה וסגנון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בטור דעה הכותב/ת מביע/ה __________ אישית בנושא, ולא רק מציג/ה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בראיון, מי שמראיין/ת שואל/ת שאלות ומי שמרואיין/ת __________ עליהן מתוך ניסיון אישי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מיומנויות קריאה: איתור, הסקה וטיעון – איתור מידע מפורש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השווה את קבוצת ההודעות לרחוב בלי שוטרים?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רן גלבוע, יועץ חינוכי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אלון, תלמיד כיתה ח׳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דנה ברק, מאמנת טיפוס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ד"ר אורן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שם הכלבה של נטע?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פלפל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מיומנויות קריאה: איתור, הסקה וטיעון – עוד איתור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 "מה קורה למוח בעשר בלילה", מתבגרים בגילאי 13–18 זקוקים ל-8 עד 10 שעות שינה בלילה.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שירה, מתלמידות כיתה ח׳, ממליצה לסדר את התיק בבוקר לפני הלימודים.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 סוגות טקסט (כתבה, סיפור, ראיון וכדומה) תרגלתי בחוברת, ומה ההבדל ביניהן?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מצליח/ה להבדיל בין עובדה שכתובה בטקסט לבין דעה של הכותב או של דמות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מצליח/ה לכתוב עמדה אישית ולנמק אותה בעזרת פרט מתוך הטקסט שקראתי?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הבנת הנקרא לכיתה ז׳: 30 טקסטים מהחיים שלנו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